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1E7E7E" w14:textId="23FE4E5C" w:rsidR="00523151" w:rsidRDefault="00000000">
      <w:pPr>
        <w:spacing w:after="0"/>
        <w:jc w:val="center"/>
      </w:pPr>
      <w:r>
        <w:rPr>
          <w:rFonts w:ascii="Calibri" w:hAnsi="Calibri"/>
          <w:b/>
          <w:color w:val="1F3A52"/>
          <w:sz w:val="20"/>
        </w:rPr>
        <w:t>T.C.</w:t>
      </w:r>
      <w:r>
        <w:rPr>
          <w:rFonts w:ascii="Calibri" w:hAnsi="Calibri"/>
          <w:b/>
          <w:color w:val="1F3A52"/>
          <w:sz w:val="20"/>
        </w:rPr>
        <w:br/>
        <w:t>GAZİANTEP ÜNİVERSİTESİ</w:t>
      </w:r>
      <w:r>
        <w:rPr>
          <w:rFonts w:ascii="Calibri" w:hAnsi="Calibri"/>
          <w:b/>
          <w:color w:val="1F3A52"/>
          <w:sz w:val="20"/>
        </w:rPr>
        <w:br/>
        <w:t>GÖÇ ENSTİTÜSÜ</w:t>
      </w:r>
      <w:r>
        <w:rPr>
          <w:rFonts w:ascii="Calibri" w:hAnsi="Calibri"/>
          <w:b/>
          <w:color w:val="1F3A52"/>
          <w:sz w:val="20"/>
        </w:rPr>
        <w:br/>
        <w:t>GÖÇMEN EĞİTİMİ ANA BİLİM DALI</w:t>
      </w:r>
      <w:r>
        <w:rPr>
          <w:rFonts w:ascii="Calibri" w:hAnsi="Calibri"/>
          <w:b/>
          <w:color w:val="1F3A52"/>
          <w:sz w:val="20"/>
        </w:rPr>
        <w:br/>
      </w:r>
      <w:r>
        <w:rPr>
          <w:rFonts w:ascii="Calibri" w:hAnsi="Calibri"/>
          <w:b/>
          <w:color w:val="282828"/>
        </w:rPr>
        <w:t>202</w:t>
      </w:r>
      <w:r w:rsidR="00D72BA7">
        <w:rPr>
          <w:rFonts w:ascii="Calibri" w:hAnsi="Calibri"/>
          <w:b/>
          <w:color w:val="282828"/>
        </w:rPr>
        <w:t>6</w:t>
      </w:r>
      <w:r>
        <w:rPr>
          <w:rFonts w:ascii="Calibri" w:hAnsi="Calibri"/>
          <w:b/>
          <w:color w:val="282828"/>
        </w:rPr>
        <w:t xml:space="preserve"> - 202</w:t>
      </w:r>
      <w:r w:rsidR="00D72BA7">
        <w:rPr>
          <w:rFonts w:ascii="Calibri" w:hAnsi="Calibri"/>
          <w:b/>
          <w:color w:val="282828"/>
        </w:rPr>
        <w:t>7</w:t>
      </w:r>
      <w:r>
        <w:rPr>
          <w:rFonts w:ascii="Calibri" w:hAnsi="Calibri"/>
          <w:b/>
          <w:color w:val="282828"/>
        </w:rPr>
        <w:t xml:space="preserve"> ÖĞRETİM YILI </w:t>
      </w:r>
      <w:r w:rsidR="00D72BA7">
        <w:rPr>
          <w:rFonts w:ascii="Calibri" w:hAnsi="Calibri"/>
          <w:b/>
          <w:color w:val="282828"/>
        </w:rPr>
        <w:t>GÜZ</w:t>
      </w:r>
      <w:r>
        <w:rPr>
          <w:rFonts w:ascii="Calibri" w:hAnsi="Calibri"/>
          <w:b/>
          <w:color w:val="282828"/>
        </w:rPr>
        <w:t xml:space="preserve"> DÖNEMİ TEZLİ YÜKSEK LİSANS DERS PROGRAMI</w:t>
      </w:r>
    </w:p>
    <w:p w14:paraId="66E74DD6" w14:textId="77777777" w:rsidR="00523151" w:rsidRDefault="00523151">
      <w:pPr>
        <w:spacing w:after="40"/>
      </w:pPr>
    </w:p>
    <w:tbl>
      <w:tblPr>
        <w:tblW w:w="9454" w:type="dxa"/>
        <w:jc w:val="center"/>
        <w:tblBorders>
          <w:top w:val="single" w:sz="6" w:space="0" w:color="D3D3D3"/>
          <w:bottom w:val="single" w:sz="6" w:space="0" w:color="D3D3D3"/>
          <w:insideH w:val="single" w:sz="4" w:space="0" w:color="E0E0E0"/>
          <w:insideV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2019"/>
        <w:gridCol w:w="2410"/>
        <w:gridCol w:w="1925"/>
        <w:gridCol w:w="1000"/>
        <w:gridCol w:w="1000"/>
      </w:tblGrid>
      <w:tr w:rsidR="00523151" w14:paraId="6A3234FE" w14:textId="77777777" w:rsidTr="00FA5A66">
        <w:trPr>
          <w:trHeight w:val="338"/>
          <w:jc w:val="center"/>
        </w:trPr>
        <w:tc>
          <w:tcPr>
            <w:tcW w:w="1100" w:type="dxa"/>
            <w:shd w:val="clear" w:color="auto" w:fill="1F3A52"/>
          </w:tcPr>
          <w:p w14:paraId="52A1EF13" w14:textId="77777777" w:rsidR="00523151" w:rsidRDefault="00000000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SAAT</w:t>
            </w:r>
          </w:p>
        </w:tc>
        <w:tc>
          <w:tcPr>
            <w:tcW w:w="2019" w:type="dxa"/>
            <w:shd w:val="clear" w:color="auto" w:fill="1F3A52"/>
          </w:tcPr>
          <w:p w14:paraId="295D7EB3" w14:textId="77777777" w:rsidR="00523151" w:rsidRDefault="00000000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PAZARTESİ</w:t>
            </w:r>
          </w:p>
        </w:tc>
        <w:tc>
          <w:tcPr>
            <w:tcW w:w="2410" w:type="dxa"/>
            <w:shd w:val="clear" w:color="auto" w:fill="1F3A52"/>
          </w:tcPr>
          <w:p w14:paraId="02D267DB" w14:textId="77777777" w:rsidR="00523151" w:rsidRDefault="00000000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SALI</w:t>
            </w:r>
          </w:p>
        </w:tc>
        <w:tc>
          <w:tcPr>
            <w:tcW w:w="1925" w:type="dxa"/>
            <w:shd w:val="clear" w:color="auto" w:fill="1F3A52"/>
          </w:tcPr>
          <w:p w14:paraId="5CE6F354" w14:textId="77777777" w:rsidR="00523151" w:rsidRDefault="00000000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4"/>
              </w:rPr>
              <w:t>ÇARŞAMBA</w:t>
            </w:r>
          </w:p>
        </w:tc>
        <w:tc>
          <w:tcPr>
            <w:tcW w:w="1000" w:type="dxa"/>
            <w:shd w:val="clear" w:color="auto" w:fill="1F3A52"/>
          </w:tcPr>
          <w:p w14:paraId="2311D541" w14:textId="77777777" w:rsidR="00523151" w:rsidRDefault="00000000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PERŞEMBE</w:t>
            </w:r>
          </w:p>
        </w:tc>
        <w:tc>
          <w:tcPr>
            <w:tcW w:w="1000" w:type="dxa"/>
            <w:shd w:val="clear" w:color="auto" w:fill="1F3A52"/>
          </w:tcPr>
          <w:p w14:paraId="7E2EF321" w14:textId="77777777" w:rsidR="00523151" w:rsidRDefault="00000000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CUMA</w:t>
            </w:r>
          </w:p>
        </w:tc>
      </w:tr>
      <w:tr w:rsidR="00096214" w14:paraId="10DEC9C3" w14:textId="77777777" w:rsidTr="00FA5A66">
        <w:trPr>
          <w:trHeight w:val="362"/>
          <w:jc w:val="center"/>
        </w:trPr>
        <w:tc>
          <w:tcPr>
            <w:tcW w:w="1100" w:type="dxa"/>
            <w:shd w:val="clear" w:color="auto" w:fill="F2F4F7"/>
          </w:tcPr>
          <w:p w14:paraId="2327E5CB" w14:textId="77777777" w:rsidR="00096214" w:rsidRDefault="00096214" w:rsidP="00096214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6"/>
              </w:rPr>
              <w:t>8:30-9:15</w:t>
            </w:r>
          </w:p>
        </w:tc>
        <w:tc>
          <w:tcPr>
            <w:tcW w:w="2019" w:type="dxa"/>
            <w:shd w:val="clear" w:color="auto" w:fill="CCC0D9" w:themeFill="accent4" w:themeFillTint="66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CA75757" w14:textId="54D65533" w:rsidR="00096214" w:rsidRDefault="00096214" w:rsidP="00096214">
            <w:r>
              <w:rPr>
                <w:rFonts w:ascii="Calibri" w:hAnsi="Calibri"/>
                <w:b/>
                <w:color w:val="14233C"/>
                <w:sz w:val="15"/>
              </w:rPr>
              <w:t>GE515</w:t>
            </w:r>
            <w:r>
              <w:rPr>
                <w:rFonts w:ascii="Calibri" w:hAnsi="Calibri"/>
                <w:b/>
                <w:color w:val="14233C"/>
                <w:sz w:val="15"/>
              </w:rPr>
              <w:br/>
              <w:t>Göç ve Göçmen Psikolojisi</w:t>
            </w:r>
            <w:r>
              <w:rPr>
                <w:rFonts w:ascii="Calibri" w:hAnsi="Calibri"/>
                <w:b/>
                <w:color w:val="14233C"/>
                <w:sz w:val="15"/>
              </w:rPr>
              <w:br/>
            </w:r>
            <w:r>
              <w:rPr>
                <w:rFonts w:ascii="Calibri" w:hAnsi="Calibri"/>
                <w:color w:val="3C3C3C"/>
                <w:sz w:val="14"/>
              </w:rPr>
              <w:t>Prof. Dr. İbrahim TANRIKULU</w:t>
            </w:r>
            <w:r>
              <w:rPr>
                <w:rFonts w:ascii="Calibri" w:hAnsi="Calibri"/>
                <w:color w:val="3C3C3C"/>
                <w:sz w:val="14"/>
              </w:rPr>
              <w:br/>
            </w:r>
            <w:r>
              <w:rPr>
                <w:rFonts w:ascii="Calibri" w:hAnsi="Calibri"/>
                <w:i/>
                <w:color w:val="646464"/>
                <w:sz w:val="13"/>
              </w:rPr>
              <w:t xml:space="preserve">Yer: </w:t>
            </w:r>
            <w:proofErr w:type="spellStart"/>
            <w:r w:rsidR="000C1228">
              <w:rPr>
                <w:rFonts w:ascii="Calibri" w:hAnsi="Calibri"/>
                <w:i/>
                <w:color w:val="646464"/>
                <w:sz w:val="13"/>
              </w:rPr>
              <w:t>Eğitim</w:t>
            </w:r>
            <w:proofErr w:type="spellEnd"/>
            <w:r w:rsidR="000C1228">
              <w:rPr>
                <w:rFonts w:ascii="Calibri" w:hAnsi="Calibri"/>
                <w:i/>
                <w:color w:val="646464"/>
                <w:sz w:val="13"/>
              </w:rPr>
              <w:t xml:space="preserve"> Fakültesi/</w:t>
            </w:r>
            <w:proofErr w:type="spellStart"/>
            <w:r w:rsidR="000C1228">
              <w:rPr>
                <w:rFonts w:ascii="Calibri" w:hAnsi="Calibri"/>
                <w:i/>
                <w:color w:val="646464"/>
                <w:sz w:val="13"/>
              </w:rPr>
              <w:t>Ofis</w:t>
            </w:r>
            <w:proofErr w:type="spellEnd"/>
          </w:p>
        </w:tc>
        <w:tc>
          <w:tcPr>
            <w:tcW w:w="241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ACE8018" w14:textId="77777777" w:rsidR="00096214" w:rsidRDefault="00096214" w:rsidP="00096214"/>
        </w:tc>
        <w:tc>
          <w:tcPr>
            <w:tcW w:w="1925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F14EA3D" w14:textId="77777777" w:rsidR="00096214" w:rsidRDefault="00096214" w:rsidP="00096214"/>
        </w:tc>
        <w:tc>
          <w:tcPr>
            <w:tcW w:w="100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106B17FB" w14:textId="77777777" w:rsidR="00096214" w:rsidRDefault="00096214" w:rsidP="00096214"/>
        </w:tc>
        <w:tc>
          <w:tcPr>
            <w:tcW w:w="100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7783A85C" w14:textId="77777777" w:rsidR="00096214" w:rsidRDefault="00096214" w:rsidP="00096214"/>
        </w:tc>
      </w:tr>
      <w:tr w:rsidR="00096214" w14:paraId="2579D29B" w14:textId="77777777" w:rsidTr="00FA5A66">
        <w:trPr>
          <w:trHeight w:val="1003"/>
          <w:jc w:val="center"/>
        </w:trPr>
        <w:tc>
          <w:tcPr>
            <w:tcW w:w="1100" w:type="dxa"/>
            <w:shd w:val="clear" w:color="auto" w:fill="F2F4F7"/>
          </w:tcPr>
          <w:p w14:paraId="4DEEE660" w14:textId="77777777" w:rsidR="00096214" w:rsidRDefault="00096214" w:rsidP="00096214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6"/>
              </w:rPr>
              <w:t>9:25-10:10</w:t>
            </w:r>
          </w:p>
        </w:tc>
        <w:tc>
          <w:tcPr>
            <w:tcW w:w="2019" w:type="dxa"/>
            <w:shd w:val="clear" w:color="auto" w:fill="CCC0D9" w:themeFill="accent4" w:themeFillTint="66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108D4FA" w14:textId="537AEE83" w:rsidR="00096214" w:rsidRDefault="00096214" w:rsidP="00096214">
            <w:r>
              <w:rPr>
                <w:rFonts w:ascii="Calibri" w:hAnsi="Calibri"/>
                <w:b/>
                <w:color w:val="14233C"/>
                <w:sz w:val="15"/>
              </w:rPr>
              <w:t>GE515</w:t>
            </w:r>
            <w:r>
              <w:rPr>
                <w:rFonts w:ascii="Calibri" w:hAnsi="Calibri"/>
                <w:b/>
                <w:color w:val="14233C"/>
                <w:sz w:val="15"/>
              </w:rPr>
              <w:br/>
              <w:t>Göç ve Göçmen Psikolojisi</w:t>
            </w:r>
            <w:r>
              <w:rPr>
                <w:rFonts w:ascii="Calibri" w:hAnsi="Calibri"/>
                <w:b/>
                <w:color w:val="14233C"/>
                <w:sz w:val="15"/>
              </w:rPr>
              <w:br/>
            </w:r>
            <w:r>
              <w:rPr>
                <w:rFonts w:ascii="Calibri" w:hAnsi="Calibri"/>
                <w:color w:val="3C3C3C"/>
                <w:sz w:val="14"/>
              </w:rPr>
              <w:t>Prof. Dr. İbrahim TANRIKULU</w:t>
            </w:r>
            <w:r>
              <w:rPr>
                <w:rFonts w:ascii="Calibri" w:hAnsi="Calibri"/>
                <w:color w:val="3C3C3C"/>
                <w:sz w:val="14"/>
              </w:rPr>
              <w:br/>
            </w:r>
            <w:r>
              <w:rPr>
                <w:rFonts w:ascii="Calibri" w:hAnsi="Calibri"/>
                <w:i/>
                <w:color w:val="646464"/>
                <w:sz w:val="13"/>
              </w:rPr>
              <w:t xml:space="preserve">Yer: </w:t>
            </w:r>
            <w:proofErr w:type="spellStart"/>
            <w:r w:rsidR="000C1228">
              <w:rPr>
                <w:rFonts w:ascii="Calibri" w:hAnsi="Calibri"/>
                <w:i/>
                <w:color w:val="646464"/>
                <w:sz w:val="13"/>
              </w:rPr>
              <w:t>Eğitim</w:t>
            </w:r>
            <w:proofErr w:type="spellEnd"/>
            <w:r w:rsidR="000C1228">
              <w:rPr>
                <w:rFonts w:ascii="Calibri" w:hAnsi="Calibri"/>
                <w:i/>
                <w:color w:val="646464"/>
                <w:sz w:val="13"/>
              </w:rPr>
              <w:t xml:space="preserve"> Fakültesi/</w:t>
            </w:r>
            <w:proofErr w:type="spellStart"/>
            <w:r w:rsidR="000C1228">
              <w:rPr>
                <w:rFonts w:ascii="Calibri" w:hAnsi="Calibri"/>
                <w:i/>
                <w:color w:val="646464"/>
                <w:sz w:val="13"/>
              </w:rPr>
              <w:t>Ofis</w:t>
            </w:r>
            <w:proofErr w:type="spellEnd"/>
          </w:p>
        </w:tc>
        <w:tc>
          <w:tcPr>
            <w:tcW w:w="241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ADF6E70" w14:textId="0FC03143" w:rsidR="00096214" w:rsidRPr="00A00C4A" w:rsidRDefault="00096214" w:rsidP="00096214">
            <w:pPr>
              <w:spacing w:after="0"/>
              <w:jc w:val="center"/>
            </w:pPr>
          </w:p>
        </w:tc>
        <w:tc>
          <w:tcPr>
            <w:tcW w:w="1925" w:type="dxa"/>
            <w:shd w:val="clear" w:color="auto" w:fill="B8CCE4" w:themeFill="accent1" w:themeFillTint="66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589C7C94" w14:textId="42023A6D" w:rsidR="00096214" w:rsidRDefault="00FA5A66" w:rsidP="00096214">
            <w:r>
              <w:rPr>
                <w:rFonts w:ascii="Calibri" w:hAnsi="Calibri"/>
                <w:b/>
                <w:color w:val="14233C"/>
                <w:sz w:val="15"/>
              </w:rPr>
              <w:t>GE504</w:t>
            </w:r>
            <w:r>
              <w:rPr>
                <w:rFonts w:ascii="Calibri" w:hAnsi="Calibri"/>
                <w:b/>
                <w:color w:val="14233C"/>
                <w:sz w:val="15"/>
              </w:rPr>
              <w:br/>
              <w:t xml:space="preserve">Göçmen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Eğitiminde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Nitel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Araştırmalar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br/>
            </w:r>
            <w:r>
              <w:rPr>
                <w:rFonts w:ascii="Calibri" w:hAnsi="Calibri"/>
                <w:color w:val="3C3C3C"/>
                <w:sz w:val="14"/>
              </w:rPr>
              <w:t xml:space="preserve">Dr. </w:t>
            </w:r>
            <w:proofErr w:type="spellStart"/>
            <w:r>
              <w:rPr>
                <w:rFonts w:ascii="Calibri" w:hAnsi="Calibri"/>
                <w:color w:val="3C3C3C"/>
                <w:sz w:val="14"/>
              </w:rPr>
              <w:t>Öğr</w:t>
            </w:r>
            <w:proofErr w:type="spellEnd"/>
            <w:r>
              <w:rPr>
                <w:rFonts w:ascii="Calibri" w:hAnsi="Calibri"/>
                <w:color w:val="3C3C3C"/>
                <w:sz w:val="14"/>
              </w:rPr>
              <w:t xml:space="preserve">. </w:t>
            </w:r>
            <w:proofErr w:type="spellStart"/>
            <w:r>
              <w:rPr>
                <w:rFonts w:ascii="Calibri" w:hAnsi="Calibri"/>
                <w:color w:val="3C3C3C"/>
                <w:sz w:val="14"/>
              </w:rPr>
              <w:t>Üyesi</w:t>
            </w:r>
            <w:proofErr w:type="spellEnd"/>
            <w:r>
              <w:rPr>
                <w:rFonts w:ascii="Calibri" w:hAnsi="Calibri"/>
                <w:color w:val="3C3C3C"/>
                <w:sz w:val="14"/>
              </w:rPr>
              <w:t xml:space="preserve"> İbrahim Halil YILMAZ</w:t>
            </w:r>
            <w:r>
              <w:rPr>
                <w:rFonts w:ascii="Calibri" w:hAnsi="Calibri"/>
                <w:color w:val="3C3C3C"/>
                <w:sz w:val="14"/>
              </w:rPr>
              <w:br/>
            </w:r>
            <w:r>
              <w:rPr>
                <w:rFonts w:ascii="Calibri" w:hAnsi="Calibri"/>
                <w:i/>
                <w:color w:val="646464"/>
                <w:sz w:val="13"/>
              </w:rPr>
              <w:t xml:space="preserve">Yer: </w:t>
            </w:r>
            <w:proofErr w:type="spellStart"/>
            <w:r>
              <w:rPr>
                <w:rFonts w:ascii="Calibri" w:hAnsi="Calibri"/>
                <w:i/>
                <w:color w:val="646464"/>
                <w:sz w:val="13"/>
              </w:rPr>
              <w:t>Hukuk</w:t>
            </w:r>
            <w:proofErr w:type="spellEnd"/>
            <w:r>
              <w:rPr>
                <w:rFonts w:ascii="Calibri" w:hAnsi="Calibri"/>
                <w:i/>
                <w:color w:val="646464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i/>
                <w:color w:val="646464"/>
                <w:sz w:val="13"/>
              </w:rPr>
              <w:t>Amfi</w:t>
            </w:r>
            <w:proofErr w:type="spellEnd"/>
            <w:r>
              <w:rPr>
                <w:rFonts w:ascii="Calibri" w:hAnsi="Calibri"/>
                <w:i/>
                <w:color w:val="646464"/>
                <w:sz w:val="13"/>
              </w:rPr>
              <w:t xml:space="preserve"> 5-6</w:t>
            </w:r>
          </w:p>
        </w:tc>
        <w:tc>
          <w:tcPr>
            <w:tcW w:w="100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66414F5" w14:textId="55C0E926" w:rsidR="00096214" w:rsidRDefault="00096214" w:rsidP="00096214">
            <w:pPr>
              <w:spacing w:after="0"/>
              <w:jc w:val="center"/>
            </w:pPr>
          </w:p>
        </w:tc>
        <w:tc>
          <w:tcPr>
            <w:tcW w:w="100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884B0A7" w14:textId="77777777" w:rsidR="00096214" w:rsidRDefault="00096214" w:rsidP="00096214"/>
        </w:tc>
      </w:tr>
      <w:tr w:rsidR="00FA5A66" w14:paraId="4CFD4FEB" w14:textId="77777777" w:rsidTr="00FA5A66">
        <w:trPr>
          <w:trHeight w:val="1125"/>
          <w:jc w:val="center"/>
        </w:trPr>
        <w:tc>
          <w:tcPr>
            <w:tcW w:w="1100" w:type="dxa"/>
            <w:shd w:val="clear" w:color="auto" w:fill="F2F4F7"/>
          </w:tcPr>
          <w:p w14:paraId="4D915947" w14:textId="77777777" w:rsidR="00FA5A66" w:rsidRDefault="00FA5A66" w:rsidP="00FA5A66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6"/>
              </w:rPr>
              <w:t>10:20-11:05</w:t>
            </w:r>
          </w:p>
        </w:tc>
        <w:tc>
          <w:tcPr>
            <w:tcW w:w="2019" w:type="dxa"/>
            <w:shd w:val="clear" w:color="auto" w:fill="CCC0D9" w:themeFill="accent4" w:themeFillTint="66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5C1AD1E2" w14:textId="3E9B089C" w:rsidR="00FA5A66" w:rsidRDefault="00FA5A66" w:rsidP="00FA5A66">
            <w:r>
              <w:rPr>
                <w:rFonts w:ascii="Calibri" w:hAnsi="Calibri"/>
                <w:b/>
                <w:color w:val="14233C"/>
                <w:sz w:val="15"/>
              </w:rPr>
              <w:t>GE515</w:t>
            </w:r>
            <w:r>
              <w:rPr>
                <w:rFonts w:ascii="Calibri" w:hAnsi="Calibri"/>
                <w:b/>
                <w:color w:val="14233C"/>
                <w:sz w:val="15"/>
              </w:rPr>
              <w:br/>
              <w:t>Göç ve Göçmen Psikolojisi</w:t>
            </w:r>
            <w:r>
              <w:rPr>
                <w:rFonts w:ascii="Calibri" w:hAnsi="Calibri"/>
                <w:b/>
                <w:color w:val="14233C"/>
                <w:sz w:val="15"/>
              </w:rPr>
              <w:br/>
            </w:r>
            <w:r>
              <w:rPr>
                <w:rFonts w:ascii="Calibri" w:hAnsi="Calibri"/>
                <w:color w:val="3C3C3C"/>
                <w:sz w:val="14"/>
              </w:rPr>
              <w:t>Prof. Dr. İbrahim TANRIKULU</w:t>
            </w:r>
            <w:r>
              <w:rPr>
                <w:rFonts w:ascii="Calibri" w:hAnsi="Calibri"/>
                <w:color w:val="3C3C3C"/>
                <w:sz w:val="14"/>
              </w:rPr>
              <w:br/>
            </w:r>
            <w:r>
              <w:rPr>
                <w:rFonts w:ascii="Calibri" w:hAnsi="Calibri"/>
                <w:i/>
                <w:color w:val="646464"/>
                <w:sz w:val="13"/>
              </w:rPr>
              <w:t xml:space="preserve">Yer: </w:t>
            </w:r>
            <w:proofErr w:type="spellStart"/>
            <w:r>
              <w:rPr>
                <w:rFonts w:ascii="Calibri" w:hAnsi="Calibri"/>
                <w:i/>
                <w:color w:val="646464"/>
                <w:sz w:val="13"/>
              </w:rPr>
              <w:t>Eğitim</w:t>
            </w:r>
            <w:proofErr w:type="spellEnd"/>
            <w:r>
              <w:rPr>
                <w:rFonts w:ascii="Calibri" w:hAnsi="Calibri"/>
                <w:i/>
                <w:color w:val="646464"/>
                <w:sz w:val="13"/>
              </w:rPr>
              <w:t xml:space="preserve"> Fakültesi/</w:t>
            </w:r>
            <w:proofErr w:type="spellStart"/>
            <w:r>
              <w:rPr>
                <w:rFonts w:ascii="Calibri" w:hAnsi="Calibri"/>
                <w:i/>
                <w:color w:val="646464"/>
                <w:sz w:val="13"/>
              </w:rPr>
              <w:t>Ofis</w:t>
            </w:r>
            <w:proofErr w:type="spellEnd"/>
          </w:p>
        </w:tc>
        <w:tc>
          <w:tcPr>
            <w:tcW w:w="2410" w:type="dxa"/>
            <w:shd w:val="clear" w:color="auto" w:fill="C2D69B" w:themeFill="accent3" w:themeFillTint="99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BF2A3D2" w14:textId="0DC66C2D" w:rsidR="00FA5A66" w:rsidRPr="00A00C4A" w:rsidRDefault="00FA5A66" w:rsidP="00FA5A66">
            <w:pPr>
              <w:spacing w:after="0"/>
              <w:jc w:val="center"/>
            </w:pPr>
            <w:r>
              <w:rPr>
                <w:rFonts w:ascii="Calibri" w:hAnsi="Calibri"/>
                <w:b/>
                <w:color w:val="14233C"/>
                <w:sz w:val="15"/>
              </w:rPr>
              <w:t>GE501</w:t>
            </w:r>
            <w:r>
              <w:rPr>
                <w:rFonts w:ascii="Calibri" w:hAnsi="Calibri"/>
                <w:b/>
                <w:color w:val="14233C"/>
                <w:sz w:val="15"/>
              </w:rPr>
              <w:br/>
              <w:t>Göçmenlere Türkçe Öğretiminin Temelleri</w:t>
            </w:r>
            <w:r>
              <w:rPr>
                <w:rFonts w:ascii="Calibri" w:hAnsi="Calibri"/>
                <w:b/>
                <w:color w:val="14233C"/>
                <w:sz w:val="15"/>
              </w:rPr>
              <w:br/>
            </w:r>
            <w:r>
              <w:rPr>
                <w:rFonts w:ascii="Calibri" w:hAnsi="Calibri"/>
                <w:color w:val="3C3C3C"/>
                <w:sz w:val="14"/>
              </w:rPr>
              <w:t>Prof. Dr. Kadir Kaan BÜYÜKİKİZ</w:t>
            </w:r>
            <w:r>
              <w:rPr>
                <w:rFonts w:ascii="Calibri" w:hAnsi="Calibri"/>
                <w:color w:val="3C3C3C"/>
                <w:sz w:val="14"/>
              </w:rPr>
              <w:br/>
            </w:r>
            <w:r>
              <w:rPr>
                <w:rFonts w:ascii="Calibri" w:hAnsi="Calibri"/>
                <w:i/>
                <w:color w:val="646464"/>
                <w:sz w:val="13"/>
              </w:rPr>
              <w:t xml:space="preserve">Yer: </w:t>
            </w:r>
            <w:proofErr w:type="spellStart"/>
            <w:r>
              <w:rPr>
                <w:rFonts w:ascii="Calibri" w:hAnsi="Calibri"/>
                <w:i/>
                <w:color w:val="646464"/>
                <w:sz w:val="13"/>
              </w:rPr>
              <w:t>Eğitim</w:t>
            </w:r>
            <w:proofErr w:type="spellEnd"/>
            <w:r>
              <w:rPr>
                <w:rFonts w:ascii="Calibri" w:hAnsi="Calibri"/>
                <w:i/>
                <w:color w:val="646464"/>
                <w:sz w:val="13"/>
              </w:rPr>
              <w:t xml:space="preserve"> Fakültesi/</w:t>
            </w:r>
            <w:proofErr w:type="spellStart"/>
            <w:r>
              <w:rPr>
                <w:rFonts w:ascii="Calibri" w:hAnsi="Calibri"/>
                <w:i/>
                <w:color w:val="646464"/>
                <w:sz w:val="13"/>
              </w:rPr>
              <w:t>Ofis</w:t>
            </w:r>
            <w:proofErr w:type="spellEnd"/>
          </w:p>
        </w:tc>
        <w:tc>
          <w:tcPr>
            <w:tcW w:w="1925" w:type="dxa"/>
            <w:shd w:val="clear" w:color="auto" w:fill="B8CCE4" w:themeFill="accent1" w:themeFillTint="66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76836529" w14:textId="5AAFDCB3" w:rsidR="00FA5A66" w:rsidRDefault="00FA5A66" w:rsidP="00FA5A66">
            <w:r>
              <w:rPr>
                <w:rFonts w:ascii="Calibri" w:hAnsi="Calibri"/>
                <w:b/>
                <w:color w:val="14233C"/>
                <w:sz w:val="15"/>
              </w:rPr>
              <w:t>GE504</w:t>
            </w:r>
            <w:r>
              <w:rPr>
                <w:rFonts w:ascii="Calibri" w:hAnsi="Calibri"/>
                <w:b/>
                <w:color w:val="14233C"/>
                <w:sz w:val="15"/>
              </w:rPr>
              <w:br/>
              <w:t xml:space="preserve">Göçmen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Eğitiminde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Nitel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Araştırmalar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br/>
            </w:r>
            <w:r>
              <w:rPr>
                <w:rFonts w:ascii="Calibri" w:hAnsi="Calibri"/>
                <w:color w:val="3C3C3C"/>
                <w:sz w:val="14"/>
              </w:rPr>
              <w:t xml:space="preserve">Dr. </w:t>
            </w:r>
            <w:proofErr w:type="spellStart"/>
            <w:r>
              <w:rPr>
                <w:rFonts w:ascii="Calibri" w:hAnsi="Calibri"/>
                <w:color w:val="3C3C3C"/>
                <w:sz w:val="14"/>
              </w:rPr>
              <w:t>Öğr</w:t>
            </w:r>
            <w:proofErr w:type="spellEnd"/>
            <w:r>
              <w:rPr>
                <w:rFonts w:ascii="Calibri" w:hAnsi="Calibri"/>
                <w:color w:val="3C3C3C"/>
                <w:sz w:val="14"/>
              </w:rPr>
              <w:t xml:space="preserve">. </w:t>
            </w:r>
            <w:proofErr w:type="spellStart"/>
            <w:r>
              <w:rPr>
                <w:rFonts w:ascii="Calibri" w:hAnsi="Calibri"/>
                <w:color w:val="3C3C3C"/>
                <w:sz w:val="14"/>
              </w:rPr>
              <w:t>Üyesi</w:t>
            </w:r>
            <w:proofErr w:type="spellEnd"/>
            <w:r>
              <w:rPr>
                <w:rFonts w:ascii="Calibri" w:hAnsi="Calibri"/>
                <w:color w:val="3C3C3C"/>
                <w:sz w:val="14"/>
              </w:rPr>
              <w:t xml:space="preserve"> İbrahim Halil YILMAZ</w:t>
            </w:r>
            <w:r>
              <w:rPr>
                <w:rFonts w:ascii="Calibri" w:hAnsi="Calibri"/>
                <w:color w:val="3C3C3C"/>
                <w:sz w:val="14"/>
              </w:rPr>
              <w:br/>
            </w:r>
            <w:r>
              <w:rPr>
                <w:rFonts w:ascii="Calibri" w:hAnsi="Calibri"/>
                <w:i/>
                <w:color w:val="646464"/>
                <w:sz w:val="13"/>
              </w:rPr>
              <w:t xml:space="preserve">Yer: </w:t>
            </w:r>
            <w:proofErr w:type="spellStart"/>
            <w:r>
              <w:rPr>
                <w:rFonts w:ascii="Calibri" w:hAnsi="Calibri"/>
                <w:i/>
                <w:color w:val="646464"/>
                <w:sz w:val="13"/>
              </w:rPr>
              <w:t>Hukuk</w:t>
            </w:r>
            <w:proofErr w:type="spellEnd"/>
            <w:r>
              <w:rPr>
                <w:rFonts w:ascii="Calibri" w:hAnsi="Calibri"/>
                <w:i/>
                <w:color w:val="646464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i/>
                <w:color w:val="646464"/>
                <w:sz w:val="13"/>
              </w:rPr>
              <w:t>Amfi</w:t>
            </w:r>
            <w:proofErr w:type="spellEnd"/>
            <w:r>
              <w:rPr>
                <w:rFonts w:ascii="Calibri" w:hAnsi="Calibri"/>
                <w:i/>
                <w:color w:val="646464"/>
                <w:sz w:val="13"/>
              </w:rPr>
              <w:t xml:space="preserve"> 5-6</w:t>
            </w:r>
          </w:p>
        </w:tc>
        <w:tc>
          <w:tcPr>
            <w:tcW w:w="100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9CCC6BD" w14:textId="64BD403A" w:rsidR="00FA5A66" w:rsidRDefault="00FA5A66" w:rsidP="00FA5A66">
            <w:pPr>
              <w:spacing w:after="0"/>
              <w:jc w:val="center"/>
            </w:pPr>
          </w:p>
        </w:tc>
        <w:tc>
          <w:tcPr>
            <w:tcW w:w="100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FF10944" w14:textId="77777777" w:rsidR="00FA5A66" w:rsidRDefault="00FA5A66" w:rsidP="00FA5A66"/>
        </w:tc>
      </w:tr>
      <w:tr w:rsidR="00FA5A66" w14:paraId="5611F96C" w14:textId="77777777" w:rsidTr="00FA5A66">
        <w:trPr>
          <w:trHeight w:val="1125"/>
          <w:jc w:val="center"/>
        </w:trPr>
        <w:tc>
          <w:tcPr>
            <w:tcW w:w="1100" w:type="dxa"/>
            <w:shd w:val="clear" w:color="auto" w:fill="F2F4F7"/>
          </w:tcPr>
          <w:p w14:paraId="2CEFB886" w14:textId="77777777" w:rsidR="00FA5A66" w:rsidRDefault="00FA5A66" w:rsidP="00FA5A66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6"/>
              </w:rPr>
              <w:t>11:15-12:00</w:t>
            </w:r>
          </w:p>
        </w:tc>
        <w:tc>
          <w:tcPr>
            <w:tcW w:w="2019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386B178" w14:textId="7BD1FDCA" w:rsidR="00FA5A66" w:rsidRDefault="00FA5A66" w:rsidP="00FA5A66"/>
        </w:tc>
        <w:tc>
          <w:tcPr>
            <w:tcW w:w="2410" w:type="dxa"/>
            <w:shd w:val="clear" w:color="auto" w:fill="C2D69B" w:themeFill="accent3" w:themeFillTint="99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152F254" w14:textId="3BA2886B" w:rsidR="00FA5A66" w:rsidRPr="00A00C4A" w:rsidRDefault="00FA5A66" w:rsidP="00FA5A66">
            <w:pPr>
              <w:spacing w:after="0"/>
              <w:jc w:val="center"/>
            </w:pPr>
            <w:r>
              <w:rPr>
                <w:rFonts w:ascii="Calibri" w:hAnsi="Calibri"/>
                <w:b/>
                <w:color w:val="14233C"/>
                <w:sz w:val="15"/>
              </w:rPr>
              <w:t>GE501</w:t>
            </w:r>
            <w:r>
              <w:rPr>
                <w:rFonts w:ascii="Calibri" w:hAnsi="Calibri"/>
                <w:b/>
                <w:color w:val="14233C"/>
                <w:sz w:val="15"/>
              </w:rPr>
              <w:br/>
              <w:t>Göçmenlere Türkçe Öğretiminin Temelleri</w:t>
            </w:r>
            <w:r>
              <w:rPr>
                <w:rFonts w:ascii="Calibri" w:hAnsi="Calibri"/>
                <w:b/>
                <w:color w:val="14233C"/>
                <w:sz w:val="15"/>
              </w:rPr>
              <w:br/>
            </w:r>
            <w:r>
              <w:rPr>
                <w:rFonts w:ascii="Calibri" w:hAnsi="Calibri"/>
                <w:color w:val="3C3C3C"/>
                <w:sz w:val="14"/>
              </w:rPr>
              <w:t>Prof. Dr. Kadir Kaan BÜYÜKİKİZ</w:t>
            </w:r>
            <w:r>
              <w:rPr>
                <w:rFonts w:ascii="Calibri" w:hAnsi="Calibri"/>
                <w:color w:val="3C3C3C"/>
                <w:sz w:val="14"/>
              </w:rPr>
              <w:br/>
            </w:r>
            <w:r>
              <w:rPr>
                <w:rFonts w:ascii="Calibri" w:hAnsi="Calibri"/>
                <w:i/>
                <w:color w:val="646464"/>
                <w:sz w:val="13"/>
              </w:rPr>
              <w:t xml:space="preserve">Yer: </w:t>
            </w:r>
            <w:proofErr w:type="spellStart"/>
            <w:r>
              <w:rPr>
                <w:rFonts w:ascii="Calibri" w:hAnsi="Calibri"/>
                <w:i/>
                <w:color w:val="646464"/>
                <w:sz w:val="13"/>
              </w:rPr>
              <w:t>Eğitim</w:t>
            </w:r>
            <w:proofErr w:type="spellEnd"/>
            <w:r>
              <w:rPr>
                <w:rFonts w:ascii="Calibri" w:hAnsi="Calibri"/>
                <w:i/>
                <w:color w:val="646464"/>
                <w:sz w:val="13"/>
              </w:rPr>
              <w:t xml:space="preserve"> Fakültesi/</w:t>
            </w:r>
            <w:proofErr w:type="spellStart"/>
            <w:r>
              <w:rPr>
                <w:rFonts w:ascii="Calibri" w:hAnsi="Calibri"/>
                <w:i/>
                <w:color w:val="646464"/>
                <w:sz w:val="13"/>
              </w:rPr>
              <w:t>Ofis</w:t>
            </w:r>
            <w:proofErr w:type="spellEnd"/>
          </w:p>
        </w:tc>
        <w:tc>
          <w:tcPr>
            <w:tcW w:w="1925" w:type="dxa"/>
            <w:shd w:val="clear" w:color="auto" w:fill="B8CCE4" w:themeFill="accent1" w:themeFillTint="66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6276106" w14:textId="7900201C" w:rsidR="00FA5A66" w:rsidRDefault="00FA5A66" w:rsidP="00FA5A66">
            <w:r>
              <w:rPr>
                <w:rFonts w:ascii="Calibri" w:hAnsi="Calibri"/>
                <w:b/>
                <w:color w:val="14233C"/>
                <w:sz w:val="15"/>
              </w:rPr>
              <w:t>GE504</w:t>
            </w:r>
            <w:r>
              <w:rPr>
                <w:rFonts w:ascii="Calibri" w:hAnsi="Calibri"/>
                <w:b/>
                <w:color w:val="14233C"/>
                <w:sz w:val="15"/>
              </w:rPr>
              <w:br/>
              <w:t xml:space="preserve">Göçmen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Eğitiminde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Nitel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Araştırmalar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br/>
            </w:r>
            <w:r>
              <w:rPr>
                <w:rFonts w:ascii="Calibri" w:hAnsi="Calibri"/>
                <w:color w:val="3C3C3C"/>
                <w:sz w:val="14"/>
              </w:rPr>
              <w:t xml:space="preserve">Dr. </w:t>
            </w:r>
            <w:proofErr w:type="spellStart"/>
            <w:r>
              <w:rPr>
                <w:rFonts w:ascii="Calibri" w:hAnsi="Calibri"/>
                <w:color w:val="3C3C3C"/>
                <w:sz w:val="14"/>
              </w:rPr>
              <w:t>Öğr</w:t>
            </w:r>
            <w:proofErr w:type="spellEnd"/>
            <w:r>
              <w:rPr>
                <w:rFonts w:ascii="Calibri" w:hAnsi="Calibri"/>
                <w:color w:val="3C3C3C"/>
                <w:sz w:val="14"/>
              </w:rPr>
              <w:t xml:space="preserve">. </w:t>
            </w:r>
            <w:proofErr w:type="spellStart"/>
            <w:r>
              <w:rPr>
                <w:rFonts w:ascii="Calibri" w:hAnsi="Calibri"/>
                <w:color w:val="3C3C3C"/>
                <w:sz w:val="14"/>
              </w:rPr>
              <w:t>Üyesi</w:t>
            </w:r>
            <w:proofErr w:type="spellEnd"/>
            <w:r>
              <w:rPr>
                <w:rFonts w:ascii="Calibri" w:hAnsi="Calibri"/>
                <w:color w:val="3C3C3C"/>
                <w:sz w:val="14"/>
              </w:rPr>
              <w:t xml:space="preserve"> İbrahim Halil YILMAZ</w:t>
            </w:r>
            <w:r>
              <w:rPr>
                <w:rFonts w:ascii="Calibri" w:hAnsi="Calibri"/>
                <w:color w:val="3C3C3C"/>
                <w:sz w:val="14"/>
              </w:rPr>
              <w:br/>
            </w:r>
            <w:r>
              <w:rPr>
                <w:rFonts w:ascii="Calibri" w:hAnsi="Calibri"/>
                <w:i/>
                <w:color w:val="646464"/>
                <w:sz w:val="13"/>
              </w:rPr>
              <w:t xml:space="preserve">Yer: </w:t>
            </w:r>
            <w:proofErr w:type="spellStart"/>
            <w:r>
              <w:rPr>
                <w:rFonts w:ascii="Calibri" w:hAnsi="Calibri"/>
                <w:i/>
                <w:color w:val="646464"/>
                <w:sz w:val="13"/>
              </w:rPr>
              <w:t>Hukuk</w:t>
            </w:r>
            <w:proofErr w:type="spellEnd"/>
            <w:r>
              <w:rPr>
                <w:rFonts w:ascii="Calibri" w:hAnsi="Calibri"/>
                <w:i/>
                <w:color w:val="646464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i/>
                <w:color w:val="646464"/>
                <w:sz w:val="13"/>
              </w:rPr>
              <w:t>Amfi</w:t>
            </w:r>
            <w:proofErr w:type="spellEnd"/>
            <w:r>
              <w:rPr>
                <w:rFonts w:ascii="Calibri" w:hAnsi="Calibri"/>
                <w:i/>
                <w:color w:val="646464"/>
                <w:sz w:val="13"/>
              </w:rPr>
              <w:t xml:space="preserve"> 5-6</w:t>
            </w:r>
          </w:p>
        </w:tc>
        <w:tc>
          <w:tcPr>
            <w:tcW w:w="100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FC1FB38" w14:textId="107253C5" w:rsidR="00FA5A66" w:rsidRDefault="00FA5A66" w:rsidP="00FA5A66">
            <w:pPr>
              <w:spacing w:after="0"/>
              <w:jc w:val="center"/>
            </w:pPr>
          </w:p>
        </w:tc>
        <w:tc>
          <w:tcPr>
            <w:tcW w:w="100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7FCF7D97" w14:textId="77777777" w:rsidR="00FA5A66" w:rsidRDefault="00FA5A66" w:rsidP="00FA5A66"/>
        </w:tc>
      </w:tr>
      <w:tr w:rsidR="00FA5A66" w14:paraId="4C826CDD" w14:textId="77777777" w:rsidTr="00FA5A66">
        <w:trPr>
          <w:trHeight w:val="1125"/>
          <w:jc w:val="center"/>
        </w:trPr>
        <w:tc>
          <w:tcPr>
            <w:tcW w:w="1100" w:type="dxa"/>
            <w:shd w:val="clear" w:color="auto" w:fill="F2F4F7"/>
          </w:tcPr>
          <w:p w14:paraId="0A9A8FE9" w14:textId="77777777" w:rsidR="00FA5A66" w:rsidRDefault="00FA5A66" w:rsidP="00FA5A66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6"/>
              </w:rPr>
              <w:t>13:00-13:45</w:t>
            </w:r>
          </w:p>
        </w:tc>
        <w:tc>
          <w:tcPr>
            <w:tcW w:w="2019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68F91CB" w14:textId="09496076" w:rsidR="00FA5A66" w:rsidRDefault="00FA5A66" w:rsidP="00FA5A66"/>
        </w:tc>
        <w:tc>
          <w:tcPr>
            <w:tcW w:w="2410" w:type="dxa"/>
            <w:shd w:val="clear" w:color="auto" w:fill="C2D69B" w:themeFill="accent3" w:themeFillTint="99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CD902C5" w14:textId="06ECFCC3" w:rsidR="00FA5A66" w:rsidRPr="00A00C4A" w:rsidRDefault="00FA5A66" w:rsidP="00FA5A66">
            <w:pPr>
              <w:spacing w:after="0"/>
              <w:jc w:val="center"/>
            </w:pPr>
            <w:r>
              <w:rPr>
                <w:rFonts w:ascii="Calibri" w:hAnsi="Calibri"/>
                <w:b/>
                <w:color w:val="14233C"/>
                <w:sz w:val="15"/>
              </w:rPr>
              <w:t>GE501</w:t>
            </w:r>
            <w:r>
              <w:rPr>
                <w:rFonts w:ascii="Calibri" w:hAnsi="Calibri"/>
                <w:b/>
                <w:color w:val="14233C"/>
                <w:sz w:val="15"/>
              </w:rPr>
              <w:br/>
              <w:t>Göçmenlere Türkçe Öğretiminin Temelleri</w:t>
            </w:r>
            <w:r>
              <w:rPr>
                <w:rFonts w:ascii="Calibri" w:hAnsi="Calibri"/>
                <w:b/>
                <w:color w:val="14233C"/>
                <w:sz w:val="15"/>
              </w:rPr>
              <w:br/>
            </w:r>
            <w:r>
              <w:rPr>
                <w:rFonts w:ascii="Calibri" w:hAnsi="Calibri"/>
                <w:color w:val="3C3C3C"/>
                <w:sz w:val="14"/>
              </w:rPr>
              <w:t>Prof. Dr. Kadir Kaan BÜYÜKİKİZ</w:t>
            </w:r>
            <w:r>
              <w:rPr>
                <w:rFonts w:ascii="Calibri" w:hAnsi="Calibri"/>
                <w:color w:val="3C3C3C"/>
                <w:sz w:val="14"/>
              </w:rPr>
              <w:br/>
            </w:r>
            <w:r>
              <w:rPr>
                <w:rFonts w:ascii="Calibri" w:hAnsi="Calibri"/>
                <w:i/>
                <w:color w:val="646464"/>
                <w:sz w:val="13"/>
              </w:rPr>
              <w:t xml:space="preserve">Yer: </w:t>
            </w:r>
            <w:proofErr w:type="spellStart"/>
            <w:r>
              <w:rPr>
                <w:rFonts w:ascii="Calibri" w:hAnsi="Calibri"/>
                <w:i/>
                <w:color w:val="646464"/>
                <w:sz w:val="13"/>
              </w:rPr>
              <w:t>Eğitim</w:t>
            </w:r>
            <w:proofErr w:type="spellEnd"/>
            <w:r>
              <w:rPr>
                <w:rFonts w:ascii="Calibri" w:hAnsi="Calibri"/>
                <w:i/>
                <w:color w:val="646464"/>
                <w:sz w:val="13"/>
              </w:rPr>
              <w:t xml:space="preserve"> Fakültesi/</w:t>
            </w:r>
            <w:proofErr w:type="spellStart"/>
            <w:r>
              <w:rPr>
                <w:rFonts w:ascii="Calibri" w:hAnsi="Calibri"/>
                <w:i/>
                <w:color w:val="646464"/>
                <w:sz w:val="13"/>
              </w:rPr>
              <w:t>Ofis</w:t>
            </w:r>
            <w:proofErr w:type="spellEnd"/>
          </w:p>
        </w:tc>
        <w:tc>
          <w:tcPr>
            <w:tcW w:w="1925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1C4C1A3B" w14:textId="70CE8E13" w:rsidR="00FA5A66" w:rsidRDefault="00FA5A66" w:rsidP="00FA5A66"/>
        </w:tc>
        <w:tc>
          <w:tcPr>
            <w:tcW w:w="100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E971B08" w14:textId="0D046A9C" w:rsidR="00FA5A66" w:rsidRDefault="00FA5A66" w:rsidP="00FA5A66">
            <w:pPr>
              <w:spacing w:after="0"/>
              <w:jc w:val="center"/>
            </w:pPr>
          </w:p>
        </w:tc>
        <w:tc>
          <w:tcPr>
            <w:tcW w:w="100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75F4D453" w14:textId="77777777" w:rsidR="00FA5A66" w:rsidRDefault="00FA5A66" w:rsidP="00FA5A66"/>
        </w:tc>
      </w:tr>
      <w:tr w:rsidR="00FA5A66" w14:paraId="4C0101B7" w14:textId="77777777" w:rsidTr="00FA5A66">
        <w:trPr>
          <w:trHeight w:val="689"/>
          <w:jc w:val="center"/>
        </w:trPr>
        <w:tc>
          <w:tcPr>
            <w:tcW w:w="1100" w:type="dxa"/>
            <w:shd w:val="clear" w:color="auto" w:fill="F2F4F7"/>
          </w:tcPr>
          <w:p w14:paraId="429725BD" w14:textId="77777777" w:rsidR="00FA5A66" w:rsidRDefault="00FA5A66" w:rsidP="00FA5A66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6"/>
              </w:rPr>
              <w:t>13:55-14:40</w:t>
            </w:r>
          </w:p>
        </w:tc>
        <w:tc>
          <w:tcPr>
            <w:tcW w:w="2019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3B8F9A21" w14:textId="0A09A98A" w:rsidR="00FA5A66" w:rsidRDefault="00FA5A66" w:rsidP="00FA5A66"/>
        </w:tc>
        <w:tc>
          <w:tcPr>
            <w:tcW w:w="241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F18AEFF" w14:textId="08D819F8" w:rsidR="00FA5A66" w:rsidRDefault="00FA5A66" w:rsidP="00FA5A66">
            <w:pPr>
              <w:spacing w:after="0"/>
              <w:jc w:val="center"/>
            </w:pPr>
          </w:p>
        </w:tc>
        <w:tc>
          <w:tcPr>
            <w:tcW w:w="1925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0FE194B" w14:textId="77777777" w:rsidR="00FA5A66" w:rsidRDefault="00FA5A66" w:rsidP="00FA5A66"/>
        </w:tc>
        <w:tc>
          <w:tcPr>
            <w:tcW w:w="100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F1D35F9" w14:textId="7D7AA56E" w:rsidR="00FA5A66" w:rsidRDefault="00FA5A66" w:rsidP="00FA5A66">
            <w:pPr>
              <w:spacing w:after="0"/>
              <w:jc w:val="center"/>
            </w:pPr>
          </w:p>
        </w:tc>
        <w:tc>
          <w:tcPr>
            <w:tcW w:w="100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EAC8898" w14:textId="77777777" w:rsidR="00FA5A66" w:rsidRDefault="00FA5A66" w:rsidP="00FA5A66"/>
        </w:tc>
      </w:tr>
      <w:tr w:rsidR="00FA5A66" w14:paraId="1A515A2D" w14:textId="77777777" w:rsidTr="00FA5A66">
        <w:trPr>
          <w:trHeight w:val="677"/>
          <w:jc w:val="center"/>
        </w:trPr>
        <w:tc>
          <w:tcPr>
            <w:tcW w:w="1100" w:type="dxa"/>
            <w:shd w:val="clear" w:color="auto" w:fill="F2F4F7"/>
          </w:tcPr>
          <w:p w14:paraId="5DABA2CB" w14:textId="77777777" w:rsidR="00FA5A66" w:rsidRDefault="00FA5A66" w:rsidP="00FA5A66">
            <w:pPr>
              <w:jc w:val="center"/>
            </w:pPr>
            <w:r>
              <w:rPr>
                <w:rFonts w:ascii="Calibri" w:hAnsi="Calibri"/>
                <w:b/>
                <w:color w:val="323232"/>
                <w:sz w:val="16"/>
              </w:rPr>
              <w:t>14:50-15:35</w:t>
            </w:r>
          </w:p>
        </w:tc>
        <w:tc>
          <w:tcPr>
            <w:tcW w:w="2019" w:type="dxa"/>
            <w:shd w:val="clear" w:color="auto" w:fill="E5B8B7" w:themeFill="accent2" w:themeFillTint="66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1C91335E" w14:textId="49C63144" w:rsidR="00FA5A66" w:rsidRDefault="00FA5A66" w:rsidP="00FA5A66">
            <w:r>
              <w:rPr>
                <w:rFonts w:ascii="Calibri" w:hAnsi="Calibri"/>
                <w:b/>
                <w:color w:val="14233C"/>
                <w:sz w:val="15"/>
              </w:rPr>
              <w:t>GOC501</w:t>
            </w:r>
            <w:r>
              <w:rPr>
                <w:rFonts w:ascii="Calibri" w:hAnsi="Calibri"/>
                <w:b/>
                <w:color w:val="14233C"/>
                <w:sz w:val="15"/>
              </w:rPr>
              <w:br/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Göç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Çalışmalarında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Araştırma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Yöntemleri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ve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Etik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br/>
            </w:r>
            <w:r>
              <w:rPr>
                <w:rFonts w:ascii="Calibri" w:hAnsi="Calibri"/>
                <w:color w:val="3C3C3C"/>
                <w:sz w:val="14"/>
              </w:rPr>
              <w:t>Prof. Dr. Derya SİLİBOLATLAZ BAYKARA</w:t>
            </w:r>
            <w:r>
              <w:rPr>
                <w:rFonts w:ascii="Calibri" w:hAnsi="Calibri"/>
                <w:color w:val="3C3C3C"/>
                <w:sz w:val="14"/>
              </w:rPr>
              <w:br/>
            </w:r>
            <w:r>
              <w:rPr>
                <w:rFonts w:ascii="Calibri" w:hAnsi="Calibri"/>
                <w:i/>
                <w:color w:val="646464"/>
                <w:sz w:val="13"/>
              </w:rPr>
              <w:t xml:space="preserve">Yer: </w:t>
            </w:r>
            <w:proofErr w:type="spellStart"/>
            <w:r>
              <w:rPr>
                <w:rFonts w:ascii="Calibri" w:hAnsi="Calibri"/>
                <w:i/>
                <w:color w:val="646464"/>
                <w:sz w:val="13"/>
              </w:rPr>
              <w:t>Hukuk</w:t>
            </w:r>
            <w:proofErr w:type="spellEnd"/>
            <w:r>
              <w:rPr>
                <w:rFonts w:ascii="Calibri" w:hAnsi="Calibri"/>
                <w:i/>
                <w:color w:val="646464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i/>
                <w:color w:val="646464"/>
                <w:sz w:val="13"/>
              </w:rPr>
              <w:t>Amfi</w:t>
            </w:r>
            <w:proofErr w:type="spellEnd"/>
            <w:r>
              <w:rPr>
                <w:rFonts w:ascii="Calibri" w:hAnsi="Calibri"/>
                <w:i/>
                <w:color w:val="646464"/>
                <w:sz w:val="13"/>
              </w:rPr>
              <w:t xml:space="preserve"> 5-6</w:t>
            </w:r>
          </w:p>
        </w:tc>
        <w:tc>
          <w:tcPr>
            <w:tcW w:w="241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96C6D07" w14:textId="6568FBDC" w:rsidR="00FA5A66" w:rsidRDefault="00FA5A66" w:rsidP="00FA5A66">
            <w:pPr>
              <w:spacing w:after="0"/>
              <w:jc w:val="center"/>
            </w:pPr>
          </w:p>
        </w:tc>
        <w:tc>
          <w:tcPr>
            <w:tcW w:w="1925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1F9F4AC9" w14:textId="77777777" w:rsidR="00FA5A66" w:rsidRDefault="00FA5A66" w:rsidP="00FA5A66"/>
        </w:tc>
        <w:tc>
          <w:tcPr>
            <w:tcW w:w="100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3D04BF10" w14:textId="09A02165" w:rsidR="00FA5A66" w:rsidRDefault="00FA5A66" w:rsidP="00FA5A66">
            <w:pPr>
              <w:spacing w:after="0"/>
              <w:jc w:val="center"/>
            </w:pPr>
          </w:p>
        </w:tc>
        <w:tc>
          <w:tcPr>
            <w:tcW w:w="100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7A228B92" w14:textId="77777777" w:rsidR="00FA5A66" w:rsidRDefault="00FA5A66" w:rsidP="00FA5A66"/>
        </w:tc>
      </w:tr>
      <w:tr w:rsidR="00FA5A66" w14:paraId="61C5E5C9" w14:textId="77777777" w:rsidTr="00FA5A66">
        <w:trPr>
          <w:trHeight w:val="677"/>
          <w:jc w:val="center"/>
        </w:trPr>
        <w:tc>
          <w:tcPr>
            <w:tcW w:w="1100" w:type="dxa"/>
            <w:shd w:val="clear" w:color="auto" w:fill="F2F4F7"/>
          </w:tcPr>
          <w:p w14:paraId="79711F66" w14:textId="711D1C96" w:rsidR="00FA5A66" w:rsidRDefault="00FA5A66" w:rsidP="00FA5A66">
            <w:pPr>
              <w:jc w:val="center"/>
              <w:rPr>
                <w:rFonts w:ascii="Calibri" w:hAnsi="Calibri"/>
                <w:b/>
                <w:color w:val="323232"/>
                <w:sz w:val="16"/>
              </w:rPr>
            </w:pPr>
            <w:r>
              <w:rPr>
                <w:rFonts w:ascii="Calibri" w:hAnsi="Calibri"/>
                <w:b/>
                <w:color w:val="323232"/>
                <w:sz w:val="16"/>
              </w:rPr>
              <w:t>15:45-16:30</w:t>
            </w:r>
          </w:p>
        </w:tc>
        <w:tc>
          <w:tcPr>
            <w:tcW w:w="2019" w:type="dxa"/>
            <w:shd w:val="clear" w:color="auto" w:fill="E5B8B7" w:themeFill="accent2" w:themeFillTint="66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3CE9554" w14:textId="535CD79E" w:rsidR="00FA5A66" w:rsidRDefault="00FA5A66" w:rsidP="00FA5A66">
            <w:pPr>
              <w:rPr>
                <w:rFonts w:ascii="Calibri" w:hAnsi="Calibri"/>
                <w:b/>
                <w:color w:val="14233C"/>
                <w:sz w:val="15"/>
              </w:rPr>
            </w:pPr>
            <w:r>
              <w:rPr>
                <w:rFonts w:ascii="Calibri" w:hAnsi="Calibri"/>
                <w:b/>
                <w:color w:val="14233C"/>
                <w:sz w:val="15"/>
              </w:rPr>
              <w:t>GOC501</w:t>
            </w:r>
            <w:r>
              <w:rPr>
                <w:rFonts w:ascii="Calibri" w:hAnsi="Calibri"/>
                <w:b/>
                <w:color w:val="14233C"/>
                <w:sz w:val="15"/>
              </w:rPr>
              <w:br/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Göç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Çalışmalarında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Araştırma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Yöntemleri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ve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Etik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br/>
            </w:r>
            <w:r>
              <w:rPr>
                <w:rFonts w:ascii="Calibri" w:hAnsi="Calibri"/>
                <w:color w:val="3C3C3C"/>
                <w:sz w:val="14"/>
              </w:rPr>
              <w:t>Prof. Dr. Derya SİLİBOLATLAZ BAYKARA</w:t>
            </w:r>
            <w:r>
              <w:rPr>
                <w:rFonts w:ascii="Calibri" w:hAnsi="Calibri"/>
                <w:color w:val="3C3C3C"/>
                <w:sz w:val="14"/>
              </w:rPr>
              <w:br/>
            </w:r>
            <w:r>
              <w:rPr>
                <w:rFonts w:ascii="Calibri" w:hAnsi="Calibri"/>
                <w:i/>
                <w:color w:val="646464"/>
                <w:sz w:val="13"/>
              </w:rPr>
              <w:t xml:space="preserve">Yer: </w:t>
            </w:r>
            <w:proofErr w:type="spellStart"/>
            <w:r>
              <w:rPr>
                <w:rFonts w:ascii="Calibri" w:hAnsi="Calibri"/>
                <w:i/>
                <w:color w:val="646464"/>
                <w:sz w:val="13"/>
              </w:rPr>
              <w:t>Hukuk</w:t>
            </w:r>
            <w:proofErr w:type="spellEnd"/>
            <w:r>
              <w:rPr>
                <w:rFonts w:ascii="Calibri" w:hAnsi="Calibri"/>
                <w:i/>
                <w:color w:val="646464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i/>
                <w:color w:val="646464"/>
                <w:sz w:val="13"/>
              </w:rPr>
              <w:t>Amfi</w:t>
            </w:r>
            <w:proofErr w:type="spellEnd"/>
            <w:r>
              <w:rPr>
                <w:rFonts w:ascii="Calibri" w:hAnsi="Calibri"/>
                <w:i/>
                <w:color w:val="646464"/>
                <w:sz w:val="13"/>
              </w:rPr>
              <w:t xml:space="preserve"> 5-6</w:t>
            </w:r>
          </w:p>
        </w:tc>
        <w:tc>
          <w:tcPr>
            <w:tcW w:w="241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7436200" w14:textId="07930CAE" w:rsidR="00FA5A66" w:rsidRDefault="00FA5A66" w:rsidP="00FA5A66">
            <w:pPr>
              <w:spacing w:after="0"/>
              <w:jc w:val="center"/>
              <w:rPr>
                <w:rFonts w:ascii="Calibri" w:hAnsi="Calibri"/>
                <w:b/>
                <w:color w:val="14233C"/>
                <w:sz w:val="15"/>
              </w:rPr>
            </w:pPr>
          </w:p>
        </w:tc>
        <w:tc>
          <w:tcPr>
            <w:tcW w:w="1925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5F137376" w14:textId="77777777" w:rsidR="00FA5A66" w:rsidRDefault="00FA5A66" w:rsidP="00FA5A66"/>
        </w:tc>
        <w:tc>
          <w:tcPr>
            <w:tcW w:w="100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841716D" w14:textId="77777777" w:rsidR="00FA5A66" w:rsidRDefault="00FA5A66" w:rsidP="00FA5A66">
            <w:pPr>
              <w:spacing w:after="0"/>
              <w:jc w:val="center"/>
              <w:rPr>
                <w:rFonts w:ascii="Calibri" w:hAnsi="Calibri"/>
                <w:b/>
                <w:color w:val="14233C"/>
                <w:sz w:val="15"/>
              </w:rPr>
            </w:pPr>
          </w:p>
        </w:tc>
        <w:tc>
          <w:tcPr>
            <w:tcW w:w="100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51A92A3A" w14:textId="77777777" w:rsidR="00FA5A66" w:rsidRDefault="00FA5A66" w:rsidP="00FA5A66"/>
        </w:tc>
      </w:tr>
      <w:tr w:rsidR="00FA5A66" w14:paraId="0A9C79BF" w14:textId="77777777" w:rsidTr="00FA5A66">
        <w:trPr>
          <w:trHeight w:val="677"/>
          <w:jc w:val="center"/>
        </w:trPr>
        <w:tc>
          <w:tcPr>
            <w:tcW w:w="1100" w:type="dxa"/>
            <w:shd w:val="clear" w:color="auto" w:fill="F2F4F7"/>
          </w:tcPr>
          <w:p w14:paraId="65C4E8C2" w14:textId="51284F6B" w:rsidR="00FA5A66" w:rsidRDefault="00FA5A66" w:rsidP="00FA5A66">
            <w:pPr>
              <w:jc w:val="center"/>
              <w:rPr>
                <w:rFonts w:ascii="Calibri" w:hAnsi="Calibri"/>
                <w:b/>
                <w:color w:val="323232"/>
                <w:sz w:val="16"/>
              </w:rPr>
            </w:pPr>
            <w:r>
              <w:rPr>
                <w:rFonts w:ascii="Calibri" w:hAnsi="Calibri"/>
                <w:b/>
                <w:color w:val="323232"/>
                <w:sz w:val="16"/>
              </w:rPr>
              <w:t>16:40-17:25</w:t>
            </w:r>
          </w:p>
        </w:tc>
        <w:tc>
          <w:tcPr>
            <w:tcW w:w="2019" w:type="dxa"/>
            <w:shd w:val="clear" w:color="auto" w:fill="E5B8B7" w:themeFill="accent2" w:themeFillTint="66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E224087" w14:textId="2BC8B80B" w:rsidR="00FA5A66" w:rsidRDefault="00FA5A66" w:rsidP="00FA5A66">
            <w:pPr>
              <w:rPr>
                <w:rFonts w:ascii="Calibri" w:hAnsi="Calibri"/>
                <w:b/>
                <w:color w:val="14233C"/>
                <w:sz w:val="15"/>
              </w:rPr>
            </w:pPr>
            <w:r>
              <w:rPr>
                <w:rFonts w:ascii="Calibri" w:hAnsi="Calibri"/>
                <w:b/>
                <w:color w:val="14233C"/>
                <w:sz w:val="15"/>
              </w:rPr>
              <w:t>GOC501</w:t>
            </w:r>
            <w:r>
              <w:rPr>
                <w:rFonts w:ascii="Calibri" w:hAnsi="Calibri"/>
                <w:b/>
                <w:color w:val="14233C"/>
                <w:sz w:val="15"/>
              </w:rPr>
              <w:br/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Göç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Çalışmalarında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Araştırma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Yöntemleri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ve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4233C"/>
                <w:sz w:val="15"/>
              </w:rPr>
              <w:t>Etik</w:t>
            </w:r>
            <w:proofErr w:type="spellEnd"/>
            <w:r>
              <w:rPr>
                <w:rFonts w:ascii="Calibri" w:hAnsi="Calibri"/>
                <w:b/>
                <w:color w:val="14233C"/>
                <w:sz w:val="15"/>
              </w:rPr>
              <w:br/>
            </w:r>
            <w:r>
              <w:rPr>
                <w:rFonts w:ascii="Calibri" w:hAnsi="Calibri"/>
                <w:color w:val="3C3C3C"/>
                <w:sz w:val="14"/>
              </w:rPr>
              <w:t>Prof. Dr. Derya SİLİBOLATLAZ BAYKARA</w:t>
            </w:r>
            <w:r>
              <w:rPr>
                <w:rFonts w:ascii="Calibri" w:hAnsi="Calibri"/>
                <w:color w:val="3C3C3C"/>
                <w:sz w:val="14"/>
              </w:rPr>
              <w:br/>
            </w:r>
            <w:r>
              <w:rPr>
                <w:rFonts w:ascii="Calibri" w:hAnsi="Calibri"/>
                <w:i/>
                <w:color w:val="646464"/>
                <w:sz w:val="13"/>
              </w:rPr>
              <w:t xml:space="preserve">Yer: </w:t>
            </w:r>
            <w:proofErr w:type="spellStart"/>
            <w:r>
              <w:rPr>
                <w:rFonts w:ascii="Calibri" w:hAnsi="Calibri"/>
                <w:i/>
                <w:color w:val="646464"/>
                <w:sz w:val="13"/>
              </w:rPr>
              <w:t>Hukuk</w:t>
            </w:r>
            <w:proofErr w:type="spellEnd"/>
            <w:r>
              <w:rPr>
                <w:rFonts w:ascii="Calibri" w:hAnsi="Calibri"/>
                <w:i/>
                <w:color w:val="646464"/>
                <w:sz w:val="13"/>
              </w:rPr>
              <w:t xml:space="preserve"> Amfi 5-6</w:t>
            </w:r>
          </w:p>
        </w:tc>
        <w:tc>
          <w:tcPr>
            <w:tcW w:w="241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13126405" w14:textId="77777777" w:rsidR="00FA5A66" w:rsidRDefault="00FA5A66" w:rsidP="00FA5A66">
            <w:pPr>
              <w:spacing w:after="0"/>
              <w:jc w:val="center"/>
              <w:rPr>
                <w:rFonts w:ascii="Calibri" w:hAnsi="Calibri"/>
                <w:b/>
                <w:color w:val="14233C"/>
                <w:sz w:val="15"/>
              </w:rPr>
            </w:pPr>
          </w:p>
        </w:tc>
        <w:tc>
          <w:tcPr>
            <w:tcW w:w="1925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393D9A6" w14:textId="77777777" w:rsidR="00FA5A66" w:rsidRDefault="00FA5A66" w:rsidP="00FA5A66"/>
        </w:tc>
        <w:tc>
          <w:tcPr>
            <w:tcW w:w="100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1A119A3C" w14:textId="77777777" w:rsidR="00FA5A66" w:rsidRDefault="00FA5A66" w:rsidP="00FA5A66">
            <w:pPr>
              <w:spacing w:after="0"/>
              <w:jc w:val="center"/>
              <w:rPr>
                <w:rFonts w:ascii="Calibri" w:hAnsi="Calibri"/>
                <w:b/>
                <w:color w:val="14233C"/>
                <w:sz w:val="15"/>
              </w:rPr>
            </w:pPr>
          </w:p>
        </w:tc>
        <w:tc>
          <w:tcPr>
            <w:tcW w:w="1000" w:type="dxa"/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3056BCF9" w14:textId="77777777" w:rsidR="00FA5A66" w:rsidRDefault="00FA5A66" w:rsidP="00FA5A66"/>
        </w:tc>
      </w:tr>
    </w:tbl>
    <w:p w14:paraId="2A748718" w14:textId="4D2F4A4E" w:rsidR="00A00C4A" w:rsidRDefault="00A00C4A" w:rsidP="00FC2193">
      <w:pPr>
        <w:tabs>
          <w:tab w:val="left" w:pos="1884"/>
          <w:tab w:val="left" w:pos="4672"/>
          <w:tab w:val="left" w:pos="8052"/>
          <w:tab w:val="left" w:pos="8126"/>
        </w:tabs>
        <w:spacing w:after="60"/>
      </w:pPr>
      <w:r>
        <w:tab/>
      </w:r>
      <w:r w:rsidR="002C0711">
        <w:tab/>
      </w:r>
    </w:p>
    <w:p w14:paraId="16006625" w14:textId="6A66CAAD" w:rsidR="00B36CFA" w:rsidRPr="00B36CFA" w:rsidRDefault="00B36CFA">
      <w:pPr>
        <w:jc w:val="right"/>
        <w:rPr>
          <w:rFonts w:ascii="Calibri" w:hAnsi="Calibri"/>
          <w:bCs/>
          <w:color w:val="282828"/>
          <w:sz w:val="18"/>
        </w:rPr>
      </w:pPr>
      <w:r w:rsidRPr="00B36CFA">
        <w:rPr>
          <w:rFonts w:ascii="Calibri" w:hAnsi="Calibri"/>
          <w:bCs/>
          <w:color w:val="282828"/>
          <w:sz w:val="18"/>
        </w:rPr>
        <w:t>Prof. Dr. Derya SİLİBOLATLAZ BAYKARA</w:t>
      </w:r>
    </w:p>
    <w:p w14:paraId="33C16269" w14:textId="76C245E5" w:rsidR="00523151" w:rsidRDefault="00000000">
      <w:pPr>
        <w:jc w:val="right"/>
      </w:pPr>
      <w:r>
        <w:rPr>
          <w:rFonts w:ascii="Calibri" w:hAnsi="Calibri"/>
          <w:b/>
          <w:color w:val="282828"/>
          <w:sz w:val="18"/>
        </w:rPr>
        <w:t xml:space="preserve">Göçmen </w:t>
      </w:r>
      <w:proofErr w:type="spellStart"/>
      <w:r>
        <w:rPr>
          <w:rFonts w:ascii="Calibri" w:hAnsi="Calibri"/>
          <w:b/>
          <w:color w:val="282828"/>
          <w:sz w:val="18"/>
        </w:rPr>
        <w:t>Eğitimi</w:t>
      </w:r>
      <w:proofErr w:type="spellEnd"/>
      <w:r>
        <w:rPr>
          <w:rFonts w:ascii="Calibri" w:hAnsi="Calibri"/>
          <w:b/>
          <w:color w:val="282828"/>
          <w:sz w:val="18"/>
        </w:rPr>
        <w:t xml:space="preserve"> Anabilim </w:t>
      </w:r>
      <w:proofErr w:type="spellStart"/>
      <w:r>
        <w:rPr>
          <w:rFonts w:ascii="Calibri" w:hAnsi="Calibri"/>
          <w:b/>
          <w:color w:val="282828"/>
          <w:sz w:val="18"/>
        </w:rPr>
        <w:t>Dalı</w:t>
      </w:r>
      <w:proofErr w:type="spellEnd"/>
      <w:r>
        <w:rPr>
          <w:rFonts w:ascii="Calibri" w:hAnsi="Calibri"/>
          <w:b/>
          <w:color w:val="282828"/>
          <w:sz w:val="18"/>
        </w:rPr>
        <w:t xml:space="preserve"> </w:t>
      </w:r>
      <w:proofErr w:type="spellStart"/>
      <w:r>
        <w:rPr>
          <w:rFonts w:ascii="Calibri" w:hAnsi="Calibri"/>
          <w:b/>
          <w:color w:val="282828"/>
          <w:sz w:val="18"/>
        </w:rPr>
        <w:t>Başkanı</w:t>
      </w:r>
      <w:proofErr w:type="spellEnd"/>
    </w:p>
    <w:sectPr w:rsidR="00523151" w:rsidSect="00034616">
      <w:pgSz w:w="12240" w:h="15840"/>
      <w:pgMar w:top="360" w:right="1152" w:bottom="36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0448143">
    <w:abstractNumId w:val="8"/>
  </w:num>
  <w:num w:numId="2" w16cid:durableId="2017729981">
    <w:abstractNumId w:val="6"/>
  </w:num>
  <w:num w:numId="3" w16cid:durableId="1684283937">
    <w:abstractNumId w:val="5"/>
  </w:num>
  <w:num w:numId="4" w16cid:durableId="159348121">
    <w:abstractNumId w:val="4"/>
  </w:num>
  <w:num w:numId="5" w16cid:durableId="1947497130">
    <w:abstractNumId w:val="7"/>
  </w:num>
  <w:num w:numId="6" w16cid:durableId="681779366">
    <w:abstractNumId w:val="3"/>
  </w:num>
  <w:num w:numId="7" w16cid:durableId="325405283">
    <w:abstractNumId w:val="2"/>
  </w:num>
  <w:num w:numId="8" w16cid:durableId="1242134579">
    <w:abstractNumId w:val="1"/>
  </w:num>
  <w:num w:numId="9" w16cid:durableId="6649372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214"/>
    <w:rsid w:val="000C1228"/>
    <w:rsid w:val="000F26A5"/>
    <w:rsid w:val="0015074B"/>
    <w:rsid w:val="001D122C"/>
    <w:rsid w:val="0029639D"/>
    <w:rsid w:val="002C0711"/>
    <w:rsid w:val="00305EFE"/>
    <w:rsid w:val="00326F90"/>
    <w:rsid w:val="004B4973"/>
    <w:rsid w:val="0051517B"/>
    <w:rsid w:val="00523151"/>
    <w:rsid w:val="007C340F"/>
    <w:rsid w:val="00A00C4A"/>
    <w:rsid w:val="00A348FB"/>
    <w:rsid w:val="00A450E7"/>
    <w:rsid w:val="00AA1D8D"/>
    <w:rsid w:val="00B36CFA"/>
    <w:rsid w:val="00B47730"/>
    <w:rsid w:val="00CB0664"/>
    <w:rsid w:val="00D72BA7"/>
    <w:rsid w:val="00F8088D"/>
    <w:rsid w:val="00FA5A66"/>
    <w:rsid w:val="00FC21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95E5CA"/>
  <w14:defaultImageDpi w14:val="300"/>
  <w15:docId w15:val="{9E2197F1-A0CD-8043-ADD6-D3EBE6151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Asime  Yıldız</cp:lastModifiedBy>
  <cp:revision>2</cp:revision>
  <dcterms:created xsi:type="dcterms:W3CDTF">2026-09-21T07:49:00Z</dcterms:created>
  <dcterms:modified xsi:type="dcterms:W3CDTF">2026-09-21T07:49:00Z</dcterms:modified>
  <cp:category/>
</cp:coreProperties>
</file>